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157F" w14:textId="77777777" w:rsidR="00B40922" w:rsidRDefault="0098673F">
      <w:pPr>
        <w:pStyle w:val="Title"/>
        <w:jc w:val="center"/>
      </w:pPr>
      <w:r>
        <w:t>Wedding Content Consultation &amp; Booking Form</w:t>
      </w:r>
    </w:p>
    <w:p w14:paraId="06AB932B" w14:textId="77777777" w:rsidR="00B40922" w:rsidRDefault="0098673F">
      <w:r>
        <w:t>Thank you for choosing Blooming Booths Cheshire for your wedding content creation. Please complete this form to help us capture your day exactly as you envision it.</w:t>
      </w:r>
    </w:p>
    <w:p w14:paraId="7F397D8F" w14:textId="77777777" w:rsidR="00B40922" w:rsidRDefault="0098673F">
      <w:pPr>
        <w:pStyle w:val="Heading1"/>
      </w:pPr>
      <w:r>
        <w:t>1. Logistics &amp; Contact Info</w:t>
      </w:r>
    </w:p>
    <w:p w14:paraId="5B92C5D7" w14:textId="77777777" w:rsidR="00B40922" w:rsidRDefault="0098673F">
      <w:r>
        <w:rPr>
          <w:b/>
        </w:rPr>
        <w:t>Couple’s Names:</w:t>
      </w:r>
    </w:p>
    <w:p w14:paraId="28BCC2B7" w14:textId="77777777" w:rsidR="00B40922" w:rsidRDefault="0098673F">
      <w:r>
        <w:t>________________________________________________________________________________</w:t>
      </w:r>
    </w:p>
    <w:p w14:paraId="6C86B8C0" w14:textId="77777777" w:rsidR="00B40922" w:rsidRDefault="00B40922"/>
    <w:p w14:paraId="076A8887" w14:textId="77777777" w:rsidR="00B40922" w:rsidRDefault="0098673F">
      <w:r>
        <w:rPr>
          <w:b/>
        </w:rPr>
        <w:t>Wedding Date:</w:t>
      </w:r>
    </w:p>
    <w:p w14:paraId="1D045061" w14:textId="77777777" w:rsidR="00B40922" w:rsidRDefault="0098673F">
      <w:r>
        <w:t>________________________________________________________________________________</w:t>
      </w:r>
    </w:p>
    <w:p w14:paraId="498C4898" w14:textId="77777777" w:rsidR="00B40922" w:rsidRDefault="00B40922"/>
    <w:p w14:paraId="25C9C144" w14:textId="77777777" w:rsidR="00B40922" w:rsidRDefault="0098673F">
      <w:r>
        <w:rPr>
          <w:b/>
        </w:rPr>
        <w:t>Venue(s) (Preparation, Ceremony, Reception):</w:t>
      </w:r>
    </w:p>
    <w:p w14:paraId="48082392" w14:textId="77777777" w:rsidR="00B40922" w:rsidRDefault="0098673F">
      <w:r>
        <w:t>________________________________________________________________________________</w:t>
      </w:r>
    </w:p>
    <w:p w14:paraId="7B497805" w14:textId="77777777" w:rsidR="00B40922" w:rsidRDefault="00B40922"/>
    <w:p w14:paraId="4C8E4BCE" w14:textId="77777777" w:rsidR="00B40922" w:rsidRDefault="0098673F">
      <w:r>
        <w:rPr>
          <w:b/>
        </w:rPr>
        <w:t>Primary Point of Contact (Name &amp; Phone Number):</w:t>
      </w:r>
    </w:p>
    <w:p w14:paraId="09FEFE92" w14:textId="77777777" w:rsidR="00B40922" w:rsidRDefault="0098673F">
      <w:r>
        <w:t>________________________________________________________________________________</w:t>
      </w:r>
    </w:p>
    <w:p w14:paraId="1678EDA0" w14:textId="77777777" w:rsidR="00B40922" w:rsidRDefault="00B40922"/>
    <w:p w14:paraId="3840CAA6" w14:textId="77777777" w:rsidR="00B40922" w:rsidRDefault="0098673F">
      <w:r>
        <w:rPr>
          <w:b/>
        </w:rPr>
        <w:t>Estimated Guest Count:</w:t>
      </w:r>
    </w:p>
    <w:p w14:paraId="28AB0CA3" w14:textId="77777777" w:rsidR="00B40922" w:rsidRDefault="0098673F">
      <w:r>
        <w:t>________________________________________________________________________________</w:t>
      </w:r>
    </w:p>
    <w:p w14:paraId="451083E2" w14:textId="77777777" w:rsidR="00B40922" w:rsidRDefault="00B40922"/>
    <w:p w14:paraId="25A0578F" w14:textId="77777777" w:rsidR="00B40922" w:rsidRDefault="0098673F">
      <w:pPr>
        <w:pStyle w:val="Heading1"/>
      </w:pPr>
      <w:r>
        <w:t>2. Drone Content &amp; Aerial Coverage</w:t>
      </w:r>
    </w:p>
    <w:p w14:paraId="134BD65A" w14:textId="2CF5B492" w:rsidR="00B40922" w:rsidRDefault="0098673F">
      <w:r>
        <w:rPr>
          <w:b/>
        </w:rPr>
        <w:t xml:space="preserve">Where would you like an aerial shot of? (e.g., Venue grounds, arrival, </w:t>
      </w:r>
      <w:r>
        <w:rPr>
          <w:b/>
        </w:rPr>
        <w:t>:</w:t>
      </w:r>
    </w:p>
    <w:p w14:paraId="5F6B0685" w14:textId="77777777" w:rsidR="00B40922" w:rsidRDefault="0098673F">
      <w:r>
        <w:t>________________________________________________________________________________</w:t>
      </w:r>
    </w:p>
    <w:p w14:paraId="27E615A1" w14:textId="77777777" w:rsidR="00B40922" w:rsidRDefault="00B40922"/>
    <w:p w14:paraId="40D877E3" w14:textId="77777777" w:rsidR="00B40922" w:rsidRDefault="0098673F">
      <w:r>
        <w:rPr>
          <w:b/>
        </w:rPr>
        <w:t>Group shots (Please specify number of groups or preferred layout):</w:t>
      </w:r>
    </w:p>
    <w:p w14:paraId="4B7C145C" w14:textId="77777777" w:rsidR="00B40922" w:rsidRDefault="0098673F">
      <w:r>
        <w:t>________________________________________________________________________________</w:t>
      </w:r>
    </w:p>
    <w:p w14:paraId="7225DF8A" w14:textId="77777777" w:rsidR="00B40922" w:rsidRDefault="00B40922"/>
    <w:p w14:paraId="31FDB455" w14:textId="77777777" w:rsidR="00B40922" w:rsidRDefault="0098673F">
      <w:r>
        <w:rPr>
          <w:b/>
        </w:rPr>
        <w:t>Drone shot of guests being lifted (Note: Subject to venue safety and CAA regulations):</w:t>
      </w:r>
    </w:p>
    <w:p w14:paraId="6CFBFCD0" w14:textId="77777777" w:rsidR="00B40922" w:rsidRDefault="0098673F">
      <w:r>
        <w:t>________________________________________________________________________________</w:t>
      </w:r>
    </w:p>
    <w:p w14:paraId="1A1EB2E6" w14:textId="77777777" w:rsidR="00B40922" w:rsidRDefault="00B40922"/>
    <w:p w14:paraId="26C1D448" w14:textId="77777777" w:rsidR="00B40922" w:rsidRDefault="0098673F">
      <w:pPr>
        <w:pStyle w:val="Heading1"/>
      </w:pPr>
      <w:r>
        <w:t>3. Creative Vision &amp; Style</w:t>
      </w:r>
    </w:p>
    <w:p w14:paraId="74F9A6DE" w14:textId="5453AD04" w:rsidR="00B40922" w:rsidRDefault="0098673F">
      <w:r>
        <w:rPr>
          <w:b/>
        </w:rPr>
        <w:t>What is the "vibe" of your wedding?</w:t>
      </w:r>
    </w:p>
    <w:p w14:paraId="28839540" w14:textId="77777777" w:rsidR="00B40922" w:rsidRDefault="0098673F">
      <w:r>
        <w:t>________________________________________________________________________________</w:t>
      </w:r>
    </w:p>
    <w:p w14:paraId="5B0182CD" w14:textId="77777777" w:rsidR="00B40922" w:rsidRDefault="00B40922"/>
    <w:p w14:paraId="6403E868" w14:textId="77777777" w:rsidR="00B40922" w:rsidRDefault="0098673F">
      <w:r>
        <w:rPr>
          <w:b/>
        </w:rPr>
        <w:t>What are the "Must-Have" shots?:</w:t>
      </w:r>
    </w:p>
    <w:p w14:paraId="04F7DA3E" w14:textId="77777777" w:rsidR="00B40922" w:rsidRDefault="0098673F">
      <w:r>
        <w:t>________________________________________________________________________________</w:t>
      </w:r>
    </w:p>
    <w:p w14:paraId="337C24B0" w14:textId="77777777" w:rsidR="00B40922" w:rsidRDefault="00B40922"/>
    <w:p w14:paraId="3C983533" w14:textId="77777777" w:rsidR="00B40922" w:rsidRDefault="0098673F">
      <w:r>
        <w:rPr>
          <w:b/>
        </w:rPr>
        <w:t>Are there any specific social media trends or audio tracks to incorporate?:</w:t>
      </w:r>
    </w:p>
    <w:p w14:paraId="363DC762" w14:textId="77777777" w:rsidR="00B40922" w:rsidRDefault="0098673F">
      <w:r>
        <w:t>________________________________________________________________________________</w:t>
      </w:r>
    </w:p>
    <w:p w14:paraId="7B16DCFB" w14:textId="77777777" w:rsidR="00B40922" w:rsidRDefault="00B40922"/>
    <w:p w14:paraId="372875FB" w14:textId="77777777" w:rsidR="00B40922" w:rsidRDefault="0098673F">
      <w:r>
        <w:rPr>
          <w:b/>
        </w:rPr>
        <w:t>What do you want us to avoid?:</w:t>
      </w:r>
    </w:p>
    <w:p w14:paraId="2642EE22" w14:textId="77777777" w:rsidR="00B40922" w:rsidRDefault="0098673F">
      <w:r>
        <w:t>________________________________________________________________________________</w:t>
      </w:r>
    </w:p>
    <w:p w14:paraId="70B660EB" w14:textId="77777777" w:rsidR="00B40922" w:rsidRDefault="00B40922"/>
    <w:p w14:paraId="1FB11E05" w14:textId="77777777" w:rsidR="00B40922" w:rsidRDefault="0098673F">
      <w:pPr>
        <w:pStyle w:val="Heading1"/>
      </w:pPr>
      <w:r>
        <w:t>4. Timeline &amp; Coverage</w:t>
      </w:r>
    </w:p>
    <w:p w14:paraId="68D96906" w14:textId="77777777" w:rsidR="00B40922" w:rsidRDefault="0098673F">
      <w:r>
        <w:rPr>
          <w:b/>
        </w:rPr>
        <w:t>When would you like us to start? (e.g., Bridal prep, arrival at venue):</w:t>
      </w:r>
    </w:p>
    <w:p w14:paraId="779F08C2" w14:textId="77777777" w:rsidR="00B40922" w:rsidRDefault="0098673F">
      <w:r>
        <w:t>________________________________________________________________________________</w:t>
      </w:r>
    </w:p>
    <w:p w14:paraId="2B1FE4CD" w14:textId="77777777" w:rsidR="00B40922" w:rsidRDefault="00B40922"/>
    <w:p w14:paraId="01995CBA" w14:textId="77777777" w:rsidR="00B40922" w:rsidRDefault="0098673F">
      <w:r>
        <w:rPr>
          <w:b/>
        </w:rPr>
        <w:t>When should we conclude coverage?:</w:t>
      </w:r>
    </w:p>
    <w:p w14:paraId="7386ED49" w14:textId="77777777" w:rsidR="00B40922" w:rsidRDefault="0098673F">
      <w:r>
        <w:t>________________________________________________________________________________</w:t>
      </w:r>
    </w:p>
    <w:p w14:paraId="1A49FFAF" w14:textId="77777777" w:rsidR="00B40922" w:rsidRDefault="00B40922"/>
    <w:p w14:paraId="23E2ACAD" w14:textId="77777777" w:rsidR="00B40922" w:rsidRDefault="0098673F">
      <w:r>
        <w:rPr>
          <w:b/>
        </w:rPr>
        <w:t>Are there key events we absolutely cannot miss? (e.g., Surprise performances):</w:t>
      </w:r>
    </w:p>
    <w:p w14:paraId="4A0722FE" w14:textId="77777777" w:rsidR="00B40922" w:rsidRDefault="0098673F">
      <w:r>
        <w:t>________________________________________________________________________________</w:t>
      </w:r>
    </w:p>
    <w:p w14:paraId="0ED64251" w14:textId="77777777" w:rsidR="00B40922" w:rsidRDefault="00B40922"/>
    <w:p w14:paraId="4CBAE14F" w14:textId="77777777" w:rsidR="00B40922" w:rsidRDefault="0098673F">
      <w:pPr>
        <w:pStyle w:val="Heading1"/>
      </w:pPr>
      <w:r>
        <w:t>5. Final Deliverables &amp; Permissions</w:t>
      </w:r>
    </w:p>
    <w:p w14:paraId="38628345" w14:textId="77777777" w:rsidR="00B40922" w:rsidRDefault="0098673F">
      <w:r>
        <w:rPr>
          <w:b/>
        </w:rPr>
        <w:t>How would you like your content delivered? (e.g., Shared folder, Airdrop):</w:t>
      </w:r>
    </w:p>
    <w:p w14:paraId="3652B34D" w14:textId="77777777" w:rsidR="00B40922" w:rsidRDefault="0098673F">
      <w:r>
        <w:t>________________________________________________________________________________</w:t>
      </w:r>
    </w:p>
    <w:p w14:paraId="1DB56485" w14:textId="77777777" w:rsidR="00B40922" w:rsidRDefault="00B40922"/>
    <w:p w14:paraId="52DE0A19" w14:textId="77777777" w:rsidR="00B40922" w:rsidRDefault="0098673F">
      <w:r>
        <w:rPr>
          <w:b/>
        </w:rPr>
        <w:t>Are you happy for us to use the captured content for our own portfolio and social media marketing? [ ] Yes  [ ] No</w:t>
      </w:r>
    </w:p>
    <w:p w14:paraId="2B363B5F" w14:textId="77777777" w:rsidR="00B40922" w:rsidRDefault="0098673F">
      <w:r>
        <w:t>________________________________________________________________________________</w:t>
      </w:r>
    </w:p>
    <w:p w14:paraId="5A9080A1" w14:textId="77777777" w:rsidR="00B40922" w:rsidRDefault="00B40922"/>
    <w:p w14:paraId="74A38783" w14:textId="77777777" w:rsidR="00B40922" w:rsidRDefault="0098673F">
      <w:pPr>
        <w:pStyle w:val="Heading1"/>
      </w:pPr>
      <w:r>
        <w:t>6. Additional Notes</w:t>
      </w:r>
    </w:p>
    <w:p w14:paraId="4092A36D" w14:textId="77777777" w:rsidR="00B40922" w:rsidRDefault="0098673F">
      <w:r>
        <w:rPr>
          <w:b/>
        </w:rPr>
        <w:t>Is there anything else our team should know to make your day run smoothly?:</w:t>
      </w:r>
    </w:p>
    <w:p w14:paraId="54946995" w14:textId="77777777" w:rsidR="00B40922" w:rsidRDefault="0098673F">
      <w:r>
        <w:t>________________________________________________________________________________</w:t>
      </w:r>
    </w:p>
    <w:p w14:paraId="5CA362ED" w14:textId="77777777" w:rsidR="00B40922" w:rsidRDefault="00B40922"/>
    <w:p w14:paraId="03170A39" w14:textId="77777777" w:rsidR="00B40922" w:rsidRDefault="0098673F">
      <w:pPr>
        <w:pStyle w:val="Heading1"/>
      </w:pPr>
      <w:r>
        <w:t>7. Terms &amp; Conditions</w:t>
      </w:r>
    </w:p>
    <w:p w14:paraId="25EFE44E" w14:textId="77777777" w:rsidR="00B40922" w:rsidRDefault="0098673F">
      <w:r>
        <w:rPr>
          <w:b/>
        </w:rPr>
        <w:t>I have read and agree to the Blooming Booths Cheshire Terms and Conditions.</w:t>
      </w:r>
    </w:p>
    <w:p w14:paraId="7F1655A2" w14:textId="77777777" w:rsidR="00B40922" w:rsidRDefault="0098673F">
      <w:r>
        <w:t>________________________________________________________________________________</w:t>
      </w:r>
    </w:p>
    <w:p w14:paraId="16E01BC5" w14:textId="77777777" w:rsidR="00B40922" w:rsidRDefault="00B40922"/>
    <w:p w14:paraId="2E96080B" w14:textId="77777777" w:rsidR="00B40922" w:rsidRDefault="0098673F">
      <w:r>
        <w:rPr>
          <w:b/>
        </w:rPr>
        <w:t>Please mark: [ ] Yes</w:t>
      </w:r>
    </w:p>
    <w:p w14:paraId="4CBF5FAB" w14:textId="77777777" w:rsidR="00B40922" w:rsidRDefault="0098673F">
      <w:r>
        <w:t>________________________________________________________________________________</w:t>
      </w:r>
    </w:p>
    <w:p w14:paraId="64C5FC82" w14:textId="77777777" w:rsidR="00B40922" w:rsidRDefault="00B40922"/>
    <w:p w14:paraId="1A74FBD1" w14:textId="77777777" w:rsidR="00B40922" w:rsidRDefault="0098673F">
      <w:pPr>
        <w:jc w:val="center"/>
      </w:pPr>
      <w:r>
        <w:rPr>
          <w:i/>
        </w:rPr>
        <w:t>Please return this form to Blooming Booths Cheshire prior to your final planning meeting.</w:t>
      </w:r>
    </w:p>
    <w:sectPr w:rsidR="00B409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3562438">
    <w:abstractNumId w:val="8"/>
  </w:num>
  <w:num w:numId="2" w16cid:durableId="1671373423">
    <w:abstractNumId w:val="6"/>
  </w:num>
  <w:num w:numId="3" w16cid:durableId="937635413">
    <w:abstractNumId w:val="5"/>
  </w:num>
  <w:num w:numId="4" w16cid:durableId="1236938922">
    <w:abstractNumId w:val="4"/>
  </w:num>
  <w:num w:numId="5" w16cid:durableId="1625228843">
    <w:abstractNumId w:val="7"/>
  </w:num>
  <w:num w:numId="6" w16cid:durableId="449131502">
    <w:abstractNumId w:val="3"/>
  </w:num>
  <w:num w:numId="7" w16cid:durableId="1688016933">
    <w:abstractNumId w:val="2"/>
  </w:num>
  <w:num w:numId="8" w16cid:durableId="2068599879">
    <w:abstractNumId w:val="1"/>
  </w:num>
  <w:num w:numId="9" w16cid:durableId="111051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3A38"/>
    <w:rsid w:val="005B294B"/>
    <w:rsid w:val="00765527"/>
    <w:rsid w:val="0098673F"/>
    <w:rsid w:val="00A00264"/>
    <w:rsid w:val="00AA1D8D"/>
    <w:rsid w:val="00B4092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A358A1"/>
  <w14:defaultImageDpi w14:val="300"/>
  <w15:docId w15:val="{E1FB1319-0E10-F347-90DF-CFB26F6D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 smith</cp:lastModifiedBy>
  <cp:revision>2</cp:revision>
  <dcterms:created xsi:type="dcterms:W3CDTF">2026-06-16T22:34:00Z</dcterms:created>
  <dcterms:modified xsi:type="dcterms:W3CDTF">2026-06-16T22:34:00Z</dcterms:modified>
  <cp:category/>
</cp:coreProperties>
</file>